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Bill</w:t>
      </w:r>
    </w:p>
    <w:p>
      <w:r>
        <w:rPr>
          <w:b/>
        </w:rPr>
        <w:t xml:space="preserve">Shop / business name, address, phone: </w:t>
      </w:r>
      <w:r/>
    </w:p>
    <w:p>
      <w:r>
        <w:rPr>
          <w:b/>
        </w:rPr>
        <w:t xml:space="preserve">Customer name, phone: </w:t>
      </w:r>
      <w:r/>
    </w:p>
    <w:p>
      <w:r>
        <w:rPr>
          <w:b/>
        </w:rPr>
        <w:t xml:space="preserve">Bill number: </w:t>
      </w:r>
      <w:r/>
    </w:p>
    <w:p>
      <w:r>
        <w:rPr>
          <w:b/>
        </w:rPr>
        <w:t xml:space="preserve">Date: </w:t>
      </w:r>
      <w:r/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jc w:val="right"/>
      </w:pPr>
      <w:r>
        <w:rPr>
          <w:b/>
        </w:rPr>
        <w:t xml:space="preserve">Subtotal: </w:t>
      </w:r>
    </w:p>
    <w:p>
      <w:pPr>
        <w:jc w:val="right"/>
      </w:pPr>
      <w:r>
        <w:rPr>
          <w:b/>
        </w:rPr>
        <w:t xml:space="preserve">Tax: </w:t>
      </w:r>
    </w:p>
    <w:p>
      <w:pPr>
        <w:jc w:val="right"/>
      </w:pPr>
      <w:r>
        <w:rPr>
          <w:b/>
        </w:rPr>
        <w:t xml:space="preserve">Total: </w:t>
      </w:r>
    </w:p>
    <w:p>
      <w:r>
        <w:t>Paid by: cash / UPI / card</w:t>
      </w:r>
    </w:p>
    <w:p>
      <w:r>
        <w:t>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